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97D50" w14:textId="6C291F04" w:rsidR="008070F4" w:rsidRDefault="00404B99" w:rsidP="00404B99">
      <w:pPr>
        <w:spacing w:after="0" w:line="240" w:lineRule="auto"/>
        <w:rPr>
          <w:rFonts w:ascii="ＭＳ Ｐゴシック" w:eastAsia="ＭＳ Ｐゴシック" w:hAnsi="ＭＳ Ｐゴシック"/>
          <w:b/>
          <w:color w:val="000000" w:themeColor="text1"/>
          <w:sz w:val="40"/>
          <w:szCs w:val="40"/>
          <w:lang w:eastAsia="ja-JP"/>
        </w:rPr>
      </w:pPr>
      <w:r>
        <w:rPr>
          <w:rFonts w:ascii="ＭＳ Ｐゴシック" w:eastAsia="ＭＳ Ｐゴシック" w:hAnsi="ＭＳ Ｐゴシック" w:hint="eastAsia"/>
          <w:b/>
          <w:color w:val="000000" w:themeColor="text1"/>
          <w:sz w:val="40"/>
          <w:szCs w:val="40"/>
          <w:lang w:eastAsia="ja-JP"/>
        </w:rPr>
        <w:t xml:space="preserve"> </w:t>
      </w:r>
    </w:p>
    <w:p w14:paraId="01393491" w14:textId="33C79C94" w:rsidR="000A154F" w:rsidRPr="00404B99" w:rsidRDefault="00404B99" w:rsidP="00565F95">
      <w:pPr>
        <w:spacing w:after="0" w:line="240" w:lineRule="auto"/>
        <w:ind w:firstLineChars="200" w:firstLine="803"/>
        <w:rPr>
          <w:rFonts w:ascii="ＭＳ Ｐゴシック" w:eastAsia="ＭＳ Ｐゴシック" w:hAnsi="ＭＳ Ｐゴシック"/>
          <w:b/>
          <w:color w:val="000000" w:themeColor="text1"/>
          <w:sz w:val="40"/>
          <w:szCs w:val="40"/>
          <w:lang w:eastAsia="ja-JP"/>
        </w:rPr>
      </w:pPr>
      <w:r>
        <w:rPr>
          <w:rFonts w:ascii="ＭＳ Ｐゴシック" w:eastAsia="ＭＳ Ｐゴシック" w:hAnsi="ＭＳ Ｐゴシック" w:hint="eastAsia"/>
          <w:b/>
          <w:color w:val="000000" w:themeColor="text1"/>
          <w:sz w:val="40"/>
          <w:szCs w:val="40"/>
          <w:lang w:eastAsia="ja-JP"/>
        </w:rPr>
        <w:t>活動</w:t>
      </w:r>
      <w:r w:rsidR="00B76A39">
        <w:rPr>
          <w:rFonts w:ascii="ＭＳ Ｐゴシック" w:eastAsia="ＭＳ Ｐゴシック" w:hAnsi="ＭＳ Ｐゴシック" w:hint="eastAsia"/>
          <w:b/>
          <w:color w:val="000000" w:themeColor="text1"/>
          <w:sz w:val="40"/>
          <w:szCs w:val="40"/>
          <w:lang w:eastAsia="ja-JP"/>
        </w:rPr>
        <w:t>報告書</w:t>
      </w:r>
    </w:p>
    <w:p w14:paraId="1CE8659A" w14:textId="42CA4472" w:rsidR="00404B99" w:rsidRPr="0086326A" w:rsidRDefault="00404B99" w:rsidP="0086326A">
      <w:pPr>
        <w:spacing w:after="0" w:line="240" w:lineRule="auto"/>
        <w:ind w:firstLineChars="500" w:firstLine="1205"/>
        <w:rPr>
          <w:rFonts w:ascii="HG丸ｺﾞｼｯｸM-PRO" w:eastAsia="HG丸ｺﾞｼｯｸM-PRO" w:hAnsi="HG丸ｺﾞｼｯｸM-PRO"/>
          <w:b/>
          <w:color w:val="808080" w:themeColor="background1" w:themeShade="80"/>
          <w:sz w:val="24"/>
          <w:szCs w:val="24"/>
        </w:rPr>
      </w:pPr>
      <w:r w:rsidRPr="0086326A">
        <w:rPr>
          <w:rFonts w:ascii="HG丸ｺﾞｼｯｸM-PRO" w:eastAsia="HG丸ｺﾞｼｯｸM-PRO" w:hAnsi="HG丸ｺﾞｼｯｸM-PRO"/>
          <w:b/>
          <w:color w:val="808080" w:themeColor="background1" w:themeShade="80"/>
          <w:sz w:val="24"/>
          <w:szCs w:val="24"/>
          <w:lang w:eastAsia="ja-JP"/>
        </w:rPr>
        <w:t>Clinical Art</w:t>
      </w:r>
      <w:r w:rsidRPr="0086326A">
        <w:rPr>
          <w:rFonts w:ascii="HG丸ｺﾞｼｯｸM-PRO" w:eastAsia="HG丸ｺﾞｼｯｸM-PRO" w:hAnsi="HG丸ｺﾞｼｯｸM-PRO" w:hint="eastAsia"/>
          <w:b/>
          <w:color w:val="808080" w:themeColor="background1" w:themeShade="80"/>
          <w:sz w:val="24"/>
          <w:szCs w:val="24"/>
          <w:lang w:eastAsia="ja-JP"/>
        </w:rPr>
        <w:t xml:space="preserve"> </w:t>
      </w:r>
      <w:r w:rsidR="00A37D67" w:rsidRPr="0086326A">
        <w:rPr>
          <w:rFonts w:ascii="HG丸ｺﾞｼｯｸM-PRO" w:eastAsia="HG丸ｺﾞｼｯｸM-PRO" w:hAnsi="HG丸ｺﾞｼｯｸM-PRO"/>
          <w:b/>
          <w:color w:val="808080" w:themeColor="background1" w:themeShade="80"/>
          <w:sz w:val="24"/>
          <w:szCs w:val="24"/>
          <w:lang w:eastAsia="ja-JP"/>
        </w:rPr>
        <w:t>Report</w:t>
      </w:r>
    </w:p>
    <w:p w14:paraId="221E62A9" w14:textId="3D4D711E" w:rsidR="00C1754E" w:rsidRDefault="00565F95" w:rsidP="00A37D67">
      <w:pPr>
        <w:spacing w:after="0" w:line="240" w:lineRule="auto"/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  <w:szCs w:val="24"/>
        </w:rPr>
      </w:pPr>
      <w:r w:rsidRPr="008070F4">
        <w:rPr>
          <w:rFonts w:ascii="Microsoft YaHei Light" w:eastAsia="Microsoft YaHei Light" w:hAnsi="Microsoft YaHei Light"/>
          <w:bCs/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490E14" wp14:editId="4D531816">
                <wp:simplePos x="0" y="0"/>
                <wp:positionH relativeFrom="column">
                  <wp:posOffset>40640</wp:posOffset>
                </wp:positionH>
                <wp:positionV relativeFrom="paragraph">
                  <wp:posOffset>96520</wp:posOffset>
                </wp:positionV>
                <wp:extent cx="2794000" cy="45085"/>
                <wp:effectExtent l="0" t="0" r="6350" b="0"/>
                <wp:wrapSquare wrapText="bothSides"/>
                <wp:docPr id="212297648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794000" cy="450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  <a:alpha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16EE9" id="正方形/長方形 1" o:spid="_x0000_s1026" style="position:absolute;left:0;text-align:left;margin-left:3.2pt;margin-top:7.6pt;width:220pt;height:3.5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" fillcolor="#31849b [2408]" stroked="f">
                <v:fill opacity="32896f"/>
                <w10:wrap type="square"/>
              </v:rect>
            </w:pict>
          </mc:Fallback>
        </mc:AlternateContent>
      </w:r>
    </w:p>
    <w:p w14:paraId="20B835B9" w14:textId="77777777" w:rsidR="00A37D67" w:rsidRPr="002C79BC" w:rsidRDefault="00A37D67" w:rsidP="00A37D67">
      <w:pPr>
        <w:spacing w:after="0" w:line="240" w:lineRule="auto"/>
        <w:jc w:val="center"/>
        <w:rPr>
          <w:rFonts w:ascii="ＭＳ Ｐゴシック" w:eastAsia="ＭＳ Ｐゴシック" w:hAnsi="ＭＳ Ｐゴシック"/>
          <w:b/>
          <w:color w:val="000000" w:themeColor="text1"/>
          <w:sz w:val="24"/>
          <w:szCs w:val="24"/>
        </w:rPr>
      </w:pPr>
    </w:p>
    <w:tbl>
      <w:tblPr>
        <w:tblStyle w:val="afe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085"/>
        <w:gridCol w:w="3063"/>
        <w:gridCol w:w="4268"/>
      </w:tblGrid>
      <w:tr w:rsidR="00A947B5" w:rsidRPr="002C79BC" w14:paraId="69598AD8" w14:textId="75C6B21A" w:rsidTr="0086326A">
        <w:tc>
          <w:tcPr>
            <w:tcW w:w="3085" w:type="dxa"/>
            <w:shd w:val="clear" w:color="auto" w:fill="EBF6F9"/>
          </w:tcPr>
          <w:p w14:paraId="38E49FC8" w14:textId="3FA196A4" w:rsidR="00A947B5" w:rsidRPr="002C79BC" w:rsidRDefault="00A947B5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2C79BC">
              <w:rPr>
                <w:rFonts w:ascii="ＭＳ Ｐゴシック" w:eastAsia="ＭＳ Ｐゴシック" w:hAnsi="ＭＳ Ｐゴシック" w:hint="eastAsia"/>
                <w:color w:val="000000" w:themeColor="text1"/>
                <w:lang w:eastAsia="ja-JP"/>
              </w:rPr>
              <w:t>事業名</w:t>
            </w:r>
          </w:p>
        </w:tc>
        <w:tc>
          <w:tcPr>
            <w:tcW w:w="3063" w:type="dxa"/>
            <w:shd w:val="clear" w:color="auto" w:fill="EBF6F9"/>
          </w:tcPr>
          <w:p w14:paraId="35D28C35" w14:textId="4110A03E" w:rsidR="00A947B5" w:rsidRPr="002C79BC" w:rsidRDefault="00A947B5">
            <w:pPr>
              <w:rPr>
                <w:rFonts w:ascii="ＭＳ Ｐゴシック" w:eastAsia="ＭＳ Ｐゴシック" w:hAnsi="ＭＳ Ｐゴシック"/>
                <w:lang w:eastAsia="ja-JP"/>
              </w:rPr>
            </w:pPr>
            <w:r w:rsidRPr="002C79BC">
              <w:rPr>
                <w:rFonts w:ascii="ＭＳ Ｐゴシック" w:eastAsia="ＭＳ Ｐゴシック" w:hAnsi="ＭＳ Ｐゴシック" w:hint="eastAsia"/>
                <w:lang w:eastAsia="ja-JP"/>
              </w:rPr>
              <w:t>実施日</w:t>
            </w:r>
          </w:p>
        </w:tc>
        <w:tc>
          <w:tcPr>
            <w:tcW w:w="4268" w:type="dxa"/>
            <w:shd w:val="clear" w:color="auto" w:fill="EBF6F9"/>
          </w:tcPr>
          <w:p w14:paraId="62AB9078" w14:textId="37B91AB3" w:rsidR="00A947B5" w:rsidRPr="002C79BC" w:rsidRDefault="00A947B5">
            <w:pPr>
              <w:rPr>
                <w:rFonts w:ascii="ＭＳ Ｐゴシック" w:eastAsia="ＭＳ Ｐゴシック" w:hAnsi="ＭＳ Ｐゴシック"/>
                <w:lang w:eastAsia="ja-JP"/>
              </w:rPr>
            </w:pPr>
            <w:r w:rsidRPr="002C79BC">
              <w:rPr>
                <w:rFonts w:ascii="ＭＳ Ｐゴシック" w:eastAsia="ＭＳ Ｐゴシック" w:hAnsi="ＭＳ Ｐゴシック" w:hint="eastAsia"/>
                <w:lang w:eastAsia="ja-JP"/>
              </w:rPr>
              <w:t>主催者・開催場所</w:t>
            </w:r>
          </w:p>
        </w:tc>
      </w:tr>
      <w:tr w:rsidR="00A947B5" w:rsidRPr="007E5F59" w14:paraId="6CDE22A0" w14:textId="6AD243B4" w:rsidTr="0086326A">
        <w:trPr>
          <w:trHeight w:val="799"/>
        </w:trPr>
        <w:tc>
          <w:tcPr>
            <w:tcW w:w="3085" w:type="dxa"/>
            <w:shd w:val="clear" w:color="auto" w:fill="auto"/>
          </w:tcPr>
          <w:p w14:paraId="2B306626" w14:textId="32B31D1B" w:rsidR="00A947B5" w:rsidRPr="002C79BC" w:rsidRDefault="00A947B5">
            <w:pPr>
              <w:rPr>
                <w:rFonts w:ascii="Meiryo UI" w:eastAsia="Meiryo UI" w:hAnsi="Meiryo UI"/>
                <w:color w:val="BFBFBF" w:themeColor="background1" w:themeShade="BF"/>
                <w:lang w:eastAsia="ja-JP"/>
              </w:rPr>
            </w:pPr>
            <w:r w:rsidRPr="002C79BC">
              <w:rPr>
                <w:rFonts w:ascii="Meiryo UI" w:eastAsia="Meiryo UI" w:hAnsi="Meiryo UI" w:hint="eastAsia"/>
                <w:color w:val="BFBFBF" w:themeColor="background1" w:themeShade="BF"/>
                <w:lang w:eastAsia="ja-JP"/>
              </w:rPr>
              <w:t>ここに入力してください</w:t>
            </w:r>
          </w:p>
        </w:tc>
        <w:tc>
          <w:tcPr>
            <w:tcW w:w="3063" w:type="dxa"/>
          </w:tcPr>
          <w:p w14:paraId="7ACB85EF" w14:textId="77777777" w:rsidR="00A947B5" w:rsidRPr="008070F4" w:rsidRDefault="00A947B5">
            <w:pPr>
              <w:rPr>
                <w:rFonts w:ascii="Meiryo UI" w:eastAsia="Meiryo UI" w:hAnsi="Meiryo UI"/>
                <w:color w:val="BFBFBF" w:themeColor="background1" w:themeShade="BF"/>
                <w:lang w:eastAsia="ja-JP"/>
              </w:rPr>
            </w:pPr>
            <w:r w:rsidRPr="008070F4">
              <w:rPr>
                <w:rFonts w:ascii="Meiryo UI" w:eastAsia="Meiryo UI" w:hAnsi="Meiryo UI"/>
                <w:color w:val="BFBFBF" w:themeColor="background1" w:themeShade="BF"/>
                <w:lang w:eastAsia="ja-JP"/>
              </w:rPr>
              <w:t>ここに入力してください</w:t>
            </w:r>
          </w:p>
        </w:tc>
        <w:tc>
          <w:tcPr>
            <w:tcW w:w="4268" w:type="dxa"/>
          </w:tcPr>
          <w:p w14:paraId="1F7C30C0" w14:textId="52ACCC79" w:rsidR="00A947B5" w:rsidRPr="008070F4" w:rsidRDefault="00A947B5">
            <w:pPr>
              <w:rPr>
                <w:rFonts w:ascii="Meiryo UI" w:eastAsia="Meiryo UI" w:hAnsi="Meiryo UI"/>
                <w:color w:val="BFBFBF" w:themeColor="background1" w:themeShade="BF"/>
                <w:lang w:eastAsia="ja-JP"/>
              </w:rPr>
            </w:pPr>
            <w:r w:rsidRPr="008070F4">
              <w:rPr>
                <w:rFonts w:ascii="Meiryo UI" w:eastAsia="Meiryo UI" w:hAnsi="Meiryo UI" w:hint="eastAsia"/>
                <w:color w:val="BFBFBF" w:themeColor="background1" w:themeShade="BF"/>
                <w:lang w:eastAsia="ja-JP"/>
              </w:rPr>
              <w:t>ここに入力してください</w:t>
            </w:r>
          </w:p>
        </w:tc>
      </w:tr>
    </w:tbl>
    <w:p w14:paraId="74585C75" w14:textId="785B8007" w:rsidR="00CC7556" w:rsidRPr="007E5F59" w:rsidRDefault="00C1754E">
      <w:pPr>
        <w:rPr>
          <w:rFonts w:ascii="ＭＳ Ｐゴシック" w:eastAsia="ＭＳ Ｐゴシック" w:hAnsi="ＭＳ Ｐゴシック"/>
          <w:lang w:eastAsia="ja-JP"/>
        </w:rPr>
      </w:pPr>
      <w:r w:rsidRPr="00114EB9">
        <w:rPr>
          <w:rFonts w:ascii="ＭＳ Ｐゴシック" w:eastAsia="ＭＳ Ｐゴシック" w:hAnsi="ＭＳ Ｐゴシック"/>
          <w:noProof/>
          <w:color w:val="548DD4" w:themeColor="text2" w:themeTint="99"/>
          <w:lang w:eastAsia="ja-JP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694B7DAF" wp14:editId="74313C5E">
                <wp:simplePos x="0" y="0"/>
                <wp:positionH relativeFrom="column">
                  <wp:posOffset>-78930</wp:posOffset>
                </wp:positionH>
                <wp:positionV relativeFrom="paragraph">
                  <wp:posOffset>307274</wp:posOffset>
                </wp:positionV>
                <wp:extent cx="798786" cy="273137"/>
                <wp:effectExtent l="0" t="0" r="20955" b="12700"/>
                <wp:wrapNone/>
                <wp:docPr id="825814354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786" cy="27313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08162E" id="四角形: 角を丸くする 1" o:spid="_x0000_s1026" style="position:absolute;left:0;text-align:left;margin-left:-6.2pt;margin-top:24.2pt;width:62.9pt;height:21.5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" fillcolor="white [3201]" strokecolor="#b8cce4 [1300]" strokeweight="2pt"/>
            </w:pict>
          </mc:Fallback>
        </mc:AlternateContent>
      </w:r>
    </w:p>
    <w:p w14:paraId="7CDFD84E" w14:textId="51C04168" w:rsidR="00CC7556" w:rsidRPr="005A7F5A" w:rsidRDefault="00114EB9">
      <w:pPr>
        <w:rPr>
          <w:rFonts w:ascii="ＭＳ Ｐゴシック" w:eastAsia="ＭＳ Ｐゴシック" w:hAnsi="ＭＳ Ｐゴシック"/>
          <w:sz w:val="24"/>
          <w:szCs w:val="24"/>
        </w:rPr>
      </w:pPr>
      <w:r w:rsidRPr="005A7F5A">
        <w:rPr>
          <w:rFonts w:ascii="ＭＳ Ｐゴシック" w:eastAsia="ＭＳ Ｐゴシック" w:hAnsi="ＭＳ Ｐゴシック" w:hint="eastAsia"/>
          <w:sz w:val="24"/>
          <w:szCs w:val="24"/>
          <w:lang w:eastAsia="ja-JP"/>
        </w:rPr>
        <w:t>実施概要</w:t>
      </w:r>
    </w:p>
    <w:tbl>
      <w:tblPr>
        <w:tblStyle w:val="afe"/>
        <w:tblW w:w="10456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456"/>
      </w:tblGrid>
      <w:tr w:rsidR="00CC7556" w:rsidRPr="007E5F59" w14:paraId="13218B81" w14:textId="77777777" w:rsidTr="0086326A">
        <w:tc>
          <w:tcPr>
            <w:tcW w:w="10456" w:type="dxa"/>
          </w:tcPr>
          <w:p w14:paraId="275AC3E9" w14:textId="77777777" w:rsidR="00CC7556" w:rsidRPr="00C14C78" w:rsidRDefault="00000000">
            <w:pPr>
              <w:rPr>
                <w:rFonts w:ascii="ＭＳ Ｐゴシック" w:eastAsia="ＭＳ Ｐゴシック" w:hAnsi="ＭＳ Ｐゴシック"/>
                <w:lang w:eastAsia="ja-JP"/>
              </w:rPr>
            </w:pPr>
            <w:r w:rsidRPr="00C14C78">
              <w:rPr>
                <w:rFonts w:ascii="Meiryo UI" w:eastAsia="Meiryo UI" w:hAnsi="Meiryo UI"/>
                <w:lang w:eastAsia="ja-JP"/>
              </w:rPr>
              <w:br/>
            </w:r>
            <w:r w:rsidRPr="00CF7780">
              <w:rPr>
                <w:rFonts w:ascii="Meiryo UI" w:eastAsia="Meiryo UI" w:hAnsi="Meiryo UI"/>
                <w:color w:val="A6A6A6" w:themeColor="background1" w:themeShade="A6"/>
                <w:lang w:eastAsia="ja-JP"/>
              </w:rPr>
              <w:t>ここに概要を入力してください（100〜200字程度）</w:t>
            </w:r>
            <w:r w:rsidRPr="00C14C78">
              <w:rPr>
                <w:rFonts w:ascii="Meiryo UI" w:eastAsia="Meiryo UI" w:hAnsi="Meiryo UI"/>
                <w:lang w:eastAsia="ja-JP"/>
              </w:rPr>
              <w:br/>
            </w:r>
            <w:r w:rsidRPr="00C14C78">
              <w:rPr>
                <w:rFonts w:ascii="ＭＳ Ｐゴシック" w:eastAsia="ＭＳ Ｐゴシック" w:hAnsi="ＭＳ Ｐゴシック"/>
                <w:lang w:eastAsia="ja-JP"/>
              </w:rPr>
              <w:br/>
            </w:r>
          </w:p>
          <w:p w14:paraId="327A2671" w14:textId="77777777" w:rsidR="002468C3" w:rsidRPr="007E5F59" w:rsidRDefault="002468C3">
            <w:pPr>
              <w:rPr>
                <w:rFonts w:ascii="ＭＳ Ｐゴシック" w:eastAsia="ＭＳ Ｐゴシック" w:hAnsi="ＭＳ Ｐゴシック"/>
                <w:lang w:eastAsia="ja-JP"/>
              </w:rPr>
            </w:pPr>
          </w:p>
        </w:tc>
      </w:tr>
    </w:tbl>
    <w:p w14:paraId="08F18E29" w14:textId="2FD368FB" w:rsidR="00CC7556" w:rsidRPr="007E5F59" w:rsidRDefault="00C1754E">
      <w:pPr>
        <w:rPr>
          <w:rFonts w:ascii="ＭＳ Ｐゴシック" w:eastAsia="ＭＳ Ｐゴシック" w:hAnsi="ＭＳ Ｐゴシック"/>
          <w:lang w:eastAsia="ja-JP"/>
        </w:rPr>
      </w:pPr>
      <w:r>
        <w:rPr>
          <w:rFonts w:ascii="ＭＳ Ｐゴシック" w:eastAsia="ＭＳ Ｐゴシック" w:hAnsi="ＭＳ Ｐゴシック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C6F3249" wp14:editId="1538C8E5">
                <wp:simplePos x="0" y="0"/>
                <wp:positionH relativeFrom="column">
                  <wp:posOffset>-71755</wp:posOffset>
                </wp:positionH>
                <wp:positionV relativeFrom="paragraph">
                  <wp:posOffset>292289</wp:posOffset>
                </wp:positionV>
                <wp:extent cx="893380" cy="273240"/>
                <wp:effectExtent l="0" t="0" r="21590" b="12700"/>
                <wp:wrapNone/>
                <wp:docPr id="71112570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380" cy="2732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6F52E5" id="四角形: 角を丸くする 1" o:spid="_x0000_s1026" style="position:absolute;left:0;text-align:left;margin-left:-5.65pt;margin-top:23pt;width:70.35pt;height:21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" fillcolor="window" strokecolor="#b8cce4 [1300]" strokeweight="2pt"/>
            </w:pict>
          </mc:Fallback>
        </mc:AlternateContent>
      </w:r>
    </w:p>
    <w:p w14:paraId="35E77A82" w14:textId="3F442E7C" w:rsidR="00CC7556" w:rsidRPr="002C79BC" w:rsidRDefault="00114EB9">
      <w:pPr>
        <w:rPr>
          <w:rFonts w:ascii="ＭＳ Ｐゴシック" w:eastAsia="ＭＳ Ｐゴシック" w:hAnsi="ＭＳ Ｐゴシック"/>
          <w:bCs/>
          <w:sz w:val="24"/>
          <w:szCs w:val="24"/>
        </w:rPr>
      </w:pPr>
      <w:r w:rsidRPr="002C79BC">
        <w:rPr>
          <w:rFonts w:ascii="ＭＳ Ｐゴシック" w:eastAsia="ＭＳ Ｐゴシック" w:hAnsi="ＭＳ Ｐゴシック" w:hint="eastAsia"/>
          <w:bCs/>
          <w:sz w:val="24"/>
          <w:szCs w:val="24"/>
          <w:lang w:eastAsia="ja-JP"/>
        </w:rPr>
        <w:t>メイン写真</w:t>
      </w:r>
    </w:p>
    <w:tbl>
      <w:tblPr>
        <w:tblStyle w:val="afe"/>
        <w:tblW w:w="10456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456"/>
      </w:tblGrid>
      <w:tr w:rsidR="00CC7556" w:rsidRPr="007E5F59" w14:paraId="01765AC1" w14:textId="77777777" w:rsidTr="0086326A">
        <w:trPr>
          <w:trHeight w:val="2442"/>
        </w:trPr>
        <w:tc>
          <w:tcPr>
            <w:tcW w:w="10456" w:type="dxa"/>
          </w:tcPr>
          <w:p w14:paraId="52852B44" w14:textId="77777777" w:rsidR="00CC7556" w:rsidRPr="00C14C78" w:rsidRDefault="00000000">
            <w:pPr>
              <w:jc w:val="center"/>
              <w:rPr>
                <w:rFonts w:ascii="ＭＳ Ｐゴシック" w:eastAsia="ＭＳ Ｐゴシック" w:hAnsi="ＭＳ Ｐゴシック"/>
                <w:lang w:eastAsia="ja-JP"/>
              </w:rPr>
            </w:pPr>
            <w:r w:rsidRPr="007E5F59">
              <w:rPr>
                <w:rFonts w:ascii="ＭＳ Ｐゴシック" w:eastAsia="ＭＳ Ｐゴシック" w:hAnsi="ＭＳ Ｐゴシック"/>
                <w:sz w:val="24"/>
                <w:lang w:eastAsia="ja-JP"/>
              </w:rPr>
              <w:br/>
            </w:r>
            <w:r w:rsidRPr="007E5F59">
              <w:rPr>
                <w:rFonts w:ascii="ＭＳ Ｐゴシック" w:eastAsia="ＭＳ Ｐゴシック" w:hAnsi="ＭＳ Ｐゴシック"/>
                <w:sz w:val="24"/>
                <w:lang w:eastAsia="ja-JP"/>
              </w:rPr>
              <w:br/>
            </w:r>
            <w:r w:rsidRPr="00CF7780">
              <w:rPr>
                <w:rFonts w:ascii="Meiryo UI" w:eastAsia="Meiryo UI" w:hAnsi="Meiryo UI"/>
                <w:color w:val="A6A6A6" w:themeColor="background1" w:themeShade="A6"/>
                <w:sz w:val="24"/>
                <w:lang w:eastAsia="ja-JP"/>
              </w:rPr>
              <w:t>ここにメイン写真を挿入してください</w:t>
            </w:r>
            <w:r w:rsidRPr="00CF7780">
              <w:rPr>
                <w:rFonts w:ascii="Meiryo UI" w:eastAsia="Meiryo UI" w:hAnsi="Meiryo UI"/>
                <w:color w:val="A6A6A6" w:themeColor="background1" w:themeShade="A6"/>
                <w:sz w:val="24"/>
                <w:lang w:eastAsia="ja-JP"/>
              </w:rPr>
              <w:br/>
              <w:t>（活動の様子が分かる写真）</w:t>
            </w:r>
            <w:r w:rsidRPr="00C14C78">
              <w:rPr>
                <w:rFonts w:ascii="ＭＳ Ｐゴシック" w:eastAsia="ＭＳ Ｐゴシック" w:hAnsi="ＭＳ Ｐゴシック"/>
                <w:lang w:eastAsia="ja-JP"/>
              </w:rPr>
              <w:br/>
            </w:r>
            <w:r w:rsidRPr="00C14C78">
              <w:rPr>
                <w:rFonts w:ascii="ＭＳ Ｐゴシック" w:eastAsia="ＭＳ Ｐゴシック" w:hAnsi="ＭＳ Ｐゴシック"/>
                <w:lang w:eastAsia="ja-JP"/>
              </w:rPr>
              <w:br/>
            </w:r>
          </w:p>
          <w:p w14:paraId="108EB10C" w14:textId="77777777" w:rsidR="002468C3" w:rsidRDefault="002468C3">
            <w:pPr>
              <w:jc w:val="center"/>
              <w:rPr>
                <w:rFonts w:ascii="ＭＳ Ｐゴシック" w:eastAsia="ＭＳ Ｐゴシック" w:hAnsi="ＭＳ Ｐゴシック"/>
                <w:lang w:eastAsia="ja-JP"/>
              </w:rPr>
            </w:pPr>
          </w:p>
          <w:p w14:paraId="0CFB5D19" w14:textId="77777777" w:rsidR="000A154F" w:rsidRDefault="000A154F">
            <w:pPr>
              <w:jc w:val="center"/>
              <w:rPr>
                <w:rFonts w:ascii="ＭＳ Ｐゴシック" w:eastAsia="ＭＳ Ｐゴシック" w:hAnsi="ＭＳ Ｐゴシック"/>
                <w:lang w:eastAsia="ja-JP"/>
              </w:rPr>
            </w:pPr>
          </w:p>
          <w:p w14:paraId="1D024EAB" w14:textId="77777777" w:rsidR="000A154F" w:rsidRDefault="000A154F">
            <w:pPr>
              <w:jc w:val="center"/>
              <w:rPr>
                <w:rFonts w:ascii="ＭＳ Ｐゴシック" w:eastAsia="ＭＳ Ｐゴシック" w:hAnsi="ＭＳ Ｐゴシック"/>
                <w:lang w:eastAsia="ja-JP"/>
              </w:rPr>
            </w:pPr>
          </w:p>
          <w:p w14:paraId="59802B55" w14:textId="77777777" w:rsidR="000A154F" w:rsidRPr="00C14C78" w:rsidRDefault="000A154F">
            <w:pPr>
              <w:jc w:val="center"/>
              <w:rPr>
                <w:rFonts w:ascii="ＭＳ Ｐゴシック" w:eastAsia="ＭＳ Ｐゴシック" w:hAnsi="ＭＳ Ｐゴシック"/>
                <w:lang w:eastAsia="ja-JP"/>
              </w:rPr>
            </w:pPr>
          </w:p>
          <w:p w14:paraId="0C53AF3C" w14:textId="77777777" w:rsidR="002468C3" w:rsidRPr="007E5F59" w:rsidRDefault="002468C3" w:rsidP="002468C3">
            <w:pPr>
              <w:rPr>
                <w:rFonts w:ascii="ＭＳ Ｐゴシック" w:eastAsia="ＭＳ Ｐゴシック" w:hAnsi="ＭＳ Ｐゴシック"/>
                <w:lang w:eastAsia="ja-JP"/>
              </w:rPr>
            </w:pPr>
          </w:p>
        </w:tc>
      </w:tr>
    </w:tbl>
    <w:p w14:paraId="34845C4E" w14:textId="6F47E188" w:rsidR="00CC7556" w:rsidRPr="007E5F59" w:rsidRDefault="00C1754E">
      <w:pPr>
        <w:rPr>
          <w:rFonts w:ascii="ＭＳ Ｐゴシック" w:eastAsia="ＭＳ Ｐゴシック" w:hAnsi="ＭＳ Ｐゴシック"/>
          <w:lang w:eastAsia="ja-JP"/>
        </w:rPr>
      </w:pPr>
      <w:r>
        <w:rPr>
          <w:rFonts w:ascii="ＭＳ Ｐゴシック" w:eastAsia="ＭＳ Ｐゴシック" w:hAnsi="ＭＳ Ｐゴシック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20A0B6D" wp14:editId="487911C1">
                <wp:simplePos x="0" y="0"/>
                <wp:positionH relativeFrom="column">
                  <wp:posOffset>-48610</wp:posOffset>
                </wp:positionH>
                <wp:positionV relativeFrom="paragraph">
                  <wp:posOffset>283101</wp:posOffset>
                </wp:positionV>
                <wp:extent cx="777174" cy="273240"/>
                <wp:effectExtent l="0" t="0" r="23495" b="12700"/>
                <wp:wrapNone/>
                <wp:docPr id="67359519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174" cy="2732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8B8C9C" id="四角形: 角を丸くする 1" o:spid="_x0000_s1026" style="position:absolute;left:0;text-align:left;margin-left:-3.85pt;margin-top:22.3pt;width:61.2pt;height:21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" fillcolor="window" strokecolor="#b8cce4 [1300]" strokeweight="2pt"/>
            </w:pict>
          </mc:Fallback>
        </mc:AlternateContent>
      </w:r>
    </w:p>
    <w:p w14:paraId="54D5ED09" w14:textId="72F8A432" w:rsidR="00CC7556" w:rsidRPr="00A30ABA" w:rsidRDefault="00114EB9">
      <w:pPr>
        <w:rPr>
          <w:rFonts w:ascii="ＭＳ Ｐゴシック" w:eastAsia="ＭＳ Ｐゴシック" w:hAnsi="ＭＳ Ｐゴシック"/>
          <w:bCs/>
          <w:sz w:val="24"/>
          <w:szCs w:val="24"/>
        </w:rPr>
      </w:pPr>
      <w:r w:rsidRPr="00A30ABA">
        <w:rPr>
          <w:rFonts w:ascii="ＭＳ Ｐゴシック" w:eastAsia="ＭＳ Ｐゴシック" w:hAnsi="ＭＳ Ｐゴシック" w:hint="eastAsia"/>
          <w:bCs/>
          <w:sz w:val="24"/>
          <w:szCs w:val="24"/>
          <w:lang w:eastAsia="ja-JP"/>
        </w:rPr>
        <w:t>サブ写真</w:t>
      </w:r>
    </w:p>
    <w:tbl>
      <w:tblPr>
        <w:tblStyle w:val="afe"/>
        <w:tblW w:w="10456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00"/>
        <w:gridCol w:w="5356"/>
      </w:tblGrid>
      <w:tr w:rsidR="00CC7556" w:rsidRPr="007E5F59" w14:paraId="369E0806" w14:textId="77777777" w:rsidTr="0086326A">
        <w:trPr>
          <w:trHeight w:val="95"/>
        </w:trPr>
        <w:tc>
          <w:tcPr>
            <w:tcW w:w="5100" w:type="dxa"/>
          </w:tcPr>
          <w:p w14:paraId="076061E5" w14:textId="77777777" w:rsidR="00CC7556" w:rsidRDefault="00000000">
            <w:pPr>
              <w:jc w:val="center"/>
              <w:rPr>
                <w:rFonts w:ascii="Meiryo UI" w:eastAsia="Meiryo UI" w:hAnsi="Meiryo UI"/>
                <w:lang w:eastAsia="ja-JP"/>
              </w:rPr>
            </w:pPr>
            <w:r w:rsidRPr="007E5F59">
              <w:rPr>
                <w:rFonts w:ascii="ＭＳ Ｐゴシック" w:eastAsia="ＭＳ Ｐゴシック" w:hAnsi="ＭＳ Ｐゴシック"/>
                <w:lang w:eastAsia="ja-JP"/>
              </w:rPr>
              <w:br/>
            </w:r>
            <w:r w:rsidRPr="007E5F59">
              <w:rPr>
                <w:rFonts w:ascii="ＭＳ Ｐゴシック" w:eastAsia="ＭＳ Ｐゴシック" w:hAnsi="ＭＳ Ｐゴシック"/>
                <w:lang w:eastAsia="ja-JP"/>
              </w:rPr>
              <w:br/>
            </w:r>
            <w:r w:rsidRPr="00CF7780">
              <w:rPr>
                <w:rFonts w:ascii="Meiryo UI" w:eastAsia="Meiryo UI" w:hAnsi="Meiryo UI"/>
                <w:color w:val="A6A6A6" w:themeColor="background1" w:themeShade="A6"/>
                <w:lang w:eastAsia="ja-JP"/>
              </w:rPr>
              <w:t>写真②</w:t>
            </w:r>
            <w:r w:rsidRPr="00CF7780">
              <w:rPr>
                <w:rFonts w:ascii="Meiryo UI" w:eastAsia="Meiryo UI" w:hAnsi="Meiryo UI"/>
                <w:color w:val="A6A6A6" w:themeColor="background1" w:themeShade="A6"/>
                <w:lang w:eastAsia="ja-JP"/>
              </w:rPr>
              <w:br/>
              <w:t>ここに画像を挿入</w:t>
            </w:r>
            <w:r w:rsidRPr="00C14C78">
              <w:rPr>
                <w:rFonts w:ascii="Meiryo UI" w:eastAsia="Meiryo UI" w:hAnsi="Meiryo UI"/>
                <w:lang w:eastAsia="ja-JP"/>
              </w:rPr>
              <w:br/>
            </w:r>
            <w:r w:rsidRPr="00C14C78">
              <w:rPr>
                <w:rFonts w:ascii="Meiryo UI" w:eastAsia="Meiryo UI" w:hAnsi="Meiryo UI"/>
                <w:lang w:eastAsia="ja-JP"/>
              </w:rPr>
              <w:br/>
            </w:r>
          </w:p>
          <w:p w14:paraId="2DF3494D" w14:textId="77777777" w:rsidR="000A154F" w:rsidRPr="00C14C78" w:rsidRDefault="000A154F" w:rsidP="008070F4">
            <w:pPr>
              <w:rPr>
                <w:rFonts w:ascii="Meiryo UI" w:eastAsia="Meiryo UI" w:hAnsi="Meiryo UI"/>
                <w:lang w:eastAsia="ja-JP"/>
              </w:rPr>
            </w:pPr>
          </w:p>
        </w:tc>
        <w:tc>
          <w:tcPr>
            <w:tcW w:w="5356" w:type="dxa"/>
          </w:tcPr>
          <w:p w14:paraId="47136F2E" w14:textId="77777777" w:rsidR="00CC7556" w:rsidRDefault="00000000">
            <w:pPr>
              <w:jc w:val="center"/>
              <w:rPr>
                <w:rFonts w:ascii="Meiryo UI" w:eastAsia="Meiryo UI" w:hAnsi="Meiryo UI"/>
                <w:lang w:eastAsia="ja-JP"/>
              </w:rPr>
            </w:pPr>
            <w:r w:rsidRPr="007E5F59">
              <w:rPr>
                <w:rFonts w:ascii="ＭＳ Ｐゴシック" w:eastAsia="ＭＳ Ｐゴシック" w:hAnsi="ＭＳ Ｐゴシック"/>
                <w:lang w:eastAsia="ja-JP"/>
              </w:rPr>
              <w:br/>
            </w:r>
            <w:r w:rsidRPr="007E5F59">
              <w:rPr>
                <w:rFonts w:ascii="ＭＳ Ｐゴシック" w:eastAsia="ＭＳ Ｐゴシック" w:hAnsi="ＭＳ Ｐゴシック"/>
                <w:lang w:eastAsia="ja-JP"/>
              </w:rPr>
              <w:br/>
            </w:r>
            <w:r w:rsidRPr="00CF7780">
              <w:rPr>
                <w:rFonts w:ascii="Meiryo UI" w:eastAsia="Meiryo UI" w:hAnsi="Meiryo UI"/>
                <w:color w:val="A6A6A6" w:themeColor="background1" w:themeShade="A6"/>
                <w:lang w:eastAsia="ja-JP"/>
              </w:rPr>
              <w:t>写真③</w:t>
            </w:r>
            <w:r w:rsidRPr="00CF7780">
              <w:rPr>
                <w:rFonts w:ascii="Meiryo UI" w:eastAsia="Meiryo UI" w:hAnsi="Meiryo UI"/>
                <w:color w:val="A6A6A6" w:themeColor="background1" w:themeShade="A6"/>
                <w:lang w:eastAsia="ja-JP"/>
              </w:rPr>
              <w:br/>
              <w:t>ここに画像を挿入</w:t>
            </w:r>
            <w:r w:rsidRPr="00C14C78">
              <w:rPr>
                <w:rFonts w:ascii="Meiryo UI" w:eastAsia="Meiryo UI" w:hAnsi="Meiryo UI"/>
                <w:lang w:eastAsia="ja-JP"/>
              </w:rPr>
              <w:br/>
            </w:r>
            <w:r w:rsidRPr="00C14C78">
              <w:rPr>
                <w:rFonts w:ascii="Meiryo UI" w:eastAsia="Meiryo UI" w:hAnsi="Meiryo UI"/>
                <w:lang w:eastAsia="ja-JP"/>
              </w:rPr>
              <w:br/>
            </w:r>
          </w:p>
          <w:p w14:paraId="694FD4A7" w14:textId="77777777" w:rsidR="000A154F" w:rsidRPr="00C14C78" w:rsidRDefault="000A154F">
            <w:pPr>
              <w:jc w:val="center"/>
              <w:rPr>
                <w:rFonts w:ascii="Meiryo UI" w:eastAsia="Meiryo UI" w:hAnsi="Meiryo UI"/>
                <w:lang w:eastAsia="ja-JP"/>
              </w:rPr>
            </w:pPr>
          </w:p>
        </w:tc>
      </w:tr>
    </w:tbl>
    <w:p w14:paraId="1DBAE7E2" w14:textId="77777777" w:rsidR="00C1754E" w:rsidRDefault="00C1754E" w:rsidP="00C1754E">
      <w:pPr>
        <w:spacing w:after="0"/>
        <w:rPr>
          <w:rFonts w:ascii="ＭＳ Ｐゴシック" w:eastAsia="ＭＳ Ｐゴシック" w:hAnsi="ＭＳ Ｐゴシック"/>
          <w:b/>
          <w:sz w:val="24"/>
          <w:szCs w:val="24"/>
          <w:lang w:eastAsia="ja-JP"/>
        </w:rPr>
      </w:pPr>
      <w:r w:rsidRPr="00C1754E">
        <w:rPr>
          <w:rFonts w:ascii="ＭＳ Ｐゴシック" w:eastAsia="ＭＳ Ｐゴシック" w:hAnsi="ＭＳ Ｐゴシック"/>
          <w:noProof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2C28C53C" wp14:editId="09190C31">
                <wp:simplePos x="0" y="0"/>
                <wp:positionH relativeFrom="column">
                  <wp:posOffset>-38100</wp:posOffset>
                </wp:positionH>
                <wp:positionV relativeFrom="paragraph">
                  <wp:posOffset>174953</wp:posOffset>
                </wp:positionV>
                <wp:extent cx="1933071" cy="325602"/>
                <wp:effectExtent l="0" t="0" r="10160" b="17780"/>
                <wp:wrapNone/>
                <wp:docPr id="372873676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071" cy="32560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CBF47" id="四角形: 角を丸くする 1" o:spid="_x0000_s1026" style="position:absolute;left:0;text-align:left;margin-left:-3pt;margin-top:13.8pt;width:152.2pt;height:25.6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" fillcolor="window" strokecolor="#b8cce4 [1300]" strokeweight="2pt"/>
            </w:pict>
          </mc:Fallback>
        </mc:AlternateContent>
      </w:r>
    </w:p>
    <w:p w14:paraId="7EDF011D" w14:textId="04C53CD2" w:rsidR="00CC7556" w:rsidRPr="00A30ABA" w:rsidRDefault="00000000" w:rsidP="00C1754E">
      <w:pPr>
        <w:spacing w:after="0"/>
        <w:rPr>
          <w:rFonts w:ascii="ＭＳ Ｐゴシック" w:eastAsia="ＭＳ Ｐゴシック" w:hAnsi="ＭＳ Ｐゴシック"/>
          <w:bCs/>
          <w:sz w:val="24"/>
          <w:szCs w:val="24"/>
          <w:lang w:eastAsia="ja-JP"/>
        </w:rPr>
      </w:pPr>
      <w:r w:rsidRPr="00A30ABA">
        <w:rPr>
          <w:rFonts w:ascii="ＭＳ Ｐゴシック" w:eastAsia="ＭＳ Ｐゴシック" w:hAnsi="ＭＳ Ｐゴシック"/>
          <w:bCs/>
          <w:sz w:val="24"/>
          <w:szCs w:val="24"/>
          <w:lang w:eastAsia="ja-JP"/>
        </w:rPr>
        <w:t>当日の様子・参加者の反応</w:t>
      </w:r>
    </w:p>
    <w:p w14:paraId="137918F2" w14:textId="77777777" w:rsidR="00C1754E" w:rsidRPr="00C1754E" w:rsidRDefault="00C1754E" w:rsidP="00C1754E">
      <w:pPr>
        <w:spacing w:after="0"/>
        <w:rPr>
          <w:rFonts w:ascii="ＭＳ Ｐゴシック" w:eastAsia="ＭＳ Ｐゴシック" w:hAnsi="ＭＳ Ｐゴシック"/>
          <w:b/>
          <w:sz w:val="24"/>
          <w:szCs w:val="24"/>
          <w:lang w:eastAsia="ja-JP"/>
        </w:rPr>
      </w:pPr>
    </w:p>
    <w:tbl>
      <w:tblPr>
        <w:tblStyle w:val="afe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00"/>
      </w:tblGrid>
      <w:tr w:rsidR="00CC7556" w:rsidRPr="007E5F59" w14:paraId="053AEFE3" w14:textId="77777777" w:rsidTr="0086326A">
        <w:trPr>
          <w:trHeight w:val="1334"/>
        </w:trPr>
        <w:tc>
          <w:tcPr>
            <w:tcW w:w="10200" w:type="dxa"/>
          </w:tcPr>
          <w:p w14:paraId="4C3AC240" w14:textId="77777777" w:rsidR="00CC7556" w:rsidRPr="00C14C78" w:rsidRDefault="00000000">
            <w:pPr>
              <w:rPr>
                <w:rFonts w:ascii="Meiryo UI" w:eastAsia="Meiryo UI" w:hAnsi="Meiryo UI"/>
                <w:lang w:eastAsia="ja-JP"/>
              </w:rPr>
            </w:pPr>
            <w:r w:rsidRPr="00C14C78">
              <w:rPr>
                <w:rFonts w:ascii="Meiryo UI" w:eastAsia="Meiryo UI" w:hAnsi="Meiryo UI"/>
                <w:lang w:eastAsia="ja-JP"/>
              </w:rPr>
              <w:br/>
            </w:r>
            <w:r w:rsidRPr="00CF7780">
              <w:rPr>
                <w:rFonts w:ascii="Meiryo UI" w:eastAsia="Meiryo UI" w:hAnsi="Meiryo UI"/>
                <w:color w:val="A6A6A6" w:themeColor="background1" w:themeShade="A6"/>
                <w:lang w:eastAsia="ja-JP"/>
              </w:rPr>
              <w:t>ここに入力してください</w:t>
            </w:r>
            <w:r w:rsidRPr="00C14C78">
              <w:rPr>
                <w:rFonts w:ascii="Meiryo UI" w:eastAsia="Meiryo UI" w:hAnsi="Meiryo UI"/>
                <w:lang w:eastAsia="ja-JP"/>
              </w:rPr>
              <w:br/>
            </w:r>
            <w:r w:rsidRPr="00C14C78">
              <w:rPr>
                <w:rFonts w:ascii="Meiryo UI" w:eastAsia="Meiryo UI" w:hAnsi="Meiryo UI"/>
                <w:lang w:eastAsia="ja-JP"/>
              </w:rPr>
              <w:br/>
            </w:r>
          </w:p>
        </w:tc>
      </w:tr>
    </w:tbl>
    <w:p w14:paraId="611C23C6" w14:textId="26BD4AA3" w:rsidR="002468C3" w:rsidRPr="007E5F59" w:rsidRDefault="00C1754E">
      <w:pPr>
        <w:rPr>
          <w:rFonts w:ascii="ＭＳ Ｐゴシック" w:eastAsia="ＭＳ Ｐゴシック" w:hAnsi="ＭＳ Ｐゴシック"/>
          <w:b/>
          <w:sz w:val="28"/>
          <w:lang w:eastAsia="ja-JP"/>
        </w:rPr>
      </w:pPr>
      <w:r>
        <w:rPr>
          <w:rFonts w:ascii="ＭＳ Ｐゴシック" w:eastAsia="ＭＳ Ｐゴシック" w:hAnsi="ＭＳ Ｐゴシック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24044DF1" wp14:editId="27133C7A">
                <wp:simplePos x="0" y="0"/>
                <wp:positionH relativeFrom="column">
                  <wp:posOffset>-48609</wp:posOffset>
                </wp:positionH>
                <wp:positionV relativeFrom="paragraph">
                  <wp:posOffset>346206</wp:posOffset>
                </wp:positionV>
                <wp:extent cx="1481958" cy="273050"/>
                <wp:effectExtent l="0" t="0" r="23495" b="12700"/>
                <wp:wrapNone/>
                <wp:docPr id="212083941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1958" cy="273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7F7344" id="四角形: 角を丸くする 1" o:spid="_x0000_s1026" style="position:absolute;left:0;text-align:left;margin-left:-3.85pt;margin-top:27.25pt;width:116.7pt;height:21.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" fillcolor="window" strokecolor="#b8cce4 [1300]" strokeweight="2pt"/>
            </w:pict>
          </mc:Fallback>
        </mc:AlternateContent>
      </w:r>
    </w:p>
    <w:p w14:paraId="5B6A95EF" w14:textId="3D6A0136" w:rsidR="00CC7556" w:rsidRPr="00A30ABA" w:rsidRDefault="00000000">
      <w:pPr>
        <w:rPr>
          <w:bCs/>
          <w:lang w:eastAsia="ja-JP"/>
        </w:rPr>
      </w:pPr>
      <w:r w:rsidRPr="00A30ABA">
        <w:rPr>
          <w:bCs/>
          <w:lang w:eastAsia="ja-JP"/>
        </w:rPr>
        <w:t>今後について（任意）</w:t>
      </w:r>
    </w:p>
    <w:tbl>
      <w:tblPr>
        <w:tblStyle w:val="afe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00"/>
      </w:tblGrid>
      <w:tr w:rsidR="00CC7556" w14:paraId="589A5517" w14:textId="77777777" w:rsidTr="0086326A">
        <w:tc>
          <w:tcPr>
            <w:tcW w:w="10200" w:type="dxa"/>
          </w:tcPr>
          <w:p w14:paraId="2306D807" w14:textId="77777777" w:rsidR="00CC7556" w:rsidRPr="00C14C78" w:rsidRDefault="00000000">
            <w:pPr>
              <w:rPr>
                <w:rFonts w:ascii="Meiryo UI" w:eastAsia="Meiryo UI" w:hAnsi="Meiryo UI"/>
                <w:lang w:eastAsia="ja-JP"/>
              </w:rPr>
            </w:pPr>
            <w:r>
              <w:rPr>
                <w:lang w:eastAsia="ja-JP"/>
              </w:rPr>
              <w:br/>
            </w:r>
            <w:r w:rsidRPr="00CF7780">
              <w:rPr>
                <w:rFonts w:ascii="Meiryo UI" w:eastAsia="Meiryo UI" w:hAnsi="Meiryo UI"/>
                <w:color w:val="A6A6A6" w:themeColor="background1" w:themeShade="A6"/>
                <w:lang w:eastAsia="ja-JP"/>
              </w:rPr>
              <w:t>ここに入力してください</w:t>
            </w:r>
            <w:r w:rsidRPr="00C14C78">
              <w:rPr>
                <w:rFonts w:ascii="Meiryo UI" w:eastAsia="Meiryo UI" w:hAnsi="Meiryo UI"/>
                <w:lang w:eastAsia="ja-JP"/>
              </w:rPr>
              <w:br/>
            </w:r>
            <w:r w:rsidRPr="00C14C78">
              <w:rPr>
                <w:rFonts w:ascii="Meiryo UI" w:eastAsia="Meiryo UI" w:hAnsi="Meiryo UI"/>
                <w:lang w:eastAsia="ja-JP"/>
              </w:rPr>
              <w:br/>
            </w:r>
          </w:p>
        </w:tc>
      </w:tr>
    </w:tbl>
    <w:p w14:paraId="33BF3750" w14:textId="77777777" w:rsidR="00CC7556" w:rsidRDefault="00CC7556">
      <w:pPr>
        <w:rPr>
          <w:lang w:eastAsia="ja-JP"/>
        </w:rPr>
      </w:pPr>
    </w:p>
    <w:p w14:paraId="2A0FFD32" w14:textId="1FCDC03C" w:rsidR="002468C3" w:rsidRPr="00C14C78" w:rsidRDefault="002468C3">
      <w:pPr>
        <w:rPr>
          <w:rFonts w:ascii="Meiryo UI" w:eastAsia="Meiryo UI" w:hAnsi="Meiryo UI"/>
          <w:lang w:eastAsia="ja-JP"/>
        </w:rPr>
      </w:pPr>
      <w:r w:rsidRPr="00C14C78">
        <w:rPr>
          <w:rFonts w:ascii="Meiryo UI" w:eastAsia="Meiryo UI" w:hAnsi="Meiryo UI" w:hint="eastAsia"/>
          <w:lang w:eastAsia="ja-JP"/>
        </w:rPr>
        <w:t xml:space="preserve">◇以下フリースペース◇　</w:t>
      </w:r>
      <w:r w:rsidRPr="00CF7780">
        <w:rPr>
          <w:rFonts w:ascii="Meiryo UI" w:eastAsia="Meiryo UI" w:hAnsi="Meiryo UI" w:hint="eastAsia"/>
          <w:color w:val="A6A6A6" w:themeColor="background1" w:themeShade="A6"/>
          <w:lang w:eastAsia="ja-JP"/>
        </w:rPr>
        <w:t>写真・チラシ・文章等ご自由に</w:t>
      </w:r>
      <w:r w:rsidR="003B2A06" w:rsidRPr="00CF7780">
        <w:rPr>
          <w:rFonts w:ascii="Meiryo UI" w:eastAsia="Meiryo UI" w:hAnsi="Meiryo UI" w:hint="eastAsia"/>
          <w:color w:val="A6A6A6" w:themeColor="background1" w:themeShade="A6"/>
          <w:lang w:eastAsia="ja-JP"/>
        </w:rPr>
        <w:t>入力してください</w:t>
      </w:r>
    </w:p>
    <w:sectPr w:rsidR="002468C3" w:rsidRPr="00C14C78" w:rsidSect="00EF6275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836B3" w14:textId="77777777" w:rsidR="00E15059" w:rsidRDefault="00E15059" w:rsidP="00813312">
      <w:pPr>
        <w:spacing w:after="0" w:line="240" w:lineRule="auto"/>
      </w:pPr>
      <w:r>
        <w:separator/>
      </w:r>
    </w:p>
  </w:endnote>
  <w:endnote w:type="continuationSeparator" w:id="0">
    <w:p w14:paraId="4F6A0EF8" w14:textId="77777777" w:rsidR="00E15059" w:rsidRDefault="00E15059" w:rsidP="0081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1C397" w14:textId="77777777" w:rsidR="00E15059" w:rsidRDefault="00E15059" w:rsidP="00813312">
      <w:pPr>
        <w:spacing w:after="0" w:line="240" w:lineRule="auto"/>
      </w:pPr>
      <w:r>
        <w:separator/>
      </w:r>
    </w:p>
  </w:footnote>
  <w:footnote w:type="continuationSeparator" w:id="0">
    <w:p w14:paraId="59A233DF" w14:textId="77777777" w:rsidR="00E15059" w:rsidRDefault="00E15059" w:rsidP="0081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7391901">
    <w:abstractNumId w:val="8"/>
  </w:num>
  <w:num w:numId="2" w16cid:durableId="1803385456">
    <w:abstractNumId w:val="6"/>
  </w:num>
  <w:num w:numId="3" w16cid:durableId="723526593">
    <w:abstractNumId w:val="5"/>
  </w:num>
  <w:num w:numId="4" w16cid:durableId="821046858">
    <w:abstractNumId w:val="4"/>
  </w:num>
  <w:num w:numId="5" w16cid:durableId="339939156">
    <w:abstractNumId w:val="7"/>
  </w:num>
  <w:num w:numId="6" w16cid:durableId="1697458382">
    <w:abstractNumId w:val="3"/>
  </w:num>
  <w:num w:numId="7" w16cid:durableId="1952202120">
    <w:abstractNumId w:val="2"/>
  </w:num>
  <w:num w:numId="8" w16cid:durableId="1804730380">
    <w:abstractNumId w:val="1"/>
  </w:num>
  <w:num w:numId="9" w16cid:durableId="1748184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154F"/>
    <w:rsid w:val="00114EB9"/>
    <w:rsid w:val="0015074B"/>
    <w:rsid w:val="002468C3"/>
    <w:rsid w:val="0029639D"/>
    <w:rsid w:val="002C79BC"/>
    <w:rsid w:val="00304237"/>
    <w:rsid w:val="00326F90"/>
    <w:rsid w:val="0033482F"/>
    <w:rsid w:val="00397D03"/>
    <w:rsid w:val="003B2A06"/>
    <w:rsid w:val="003E2F27"/>
    <w:rsid w:val="00404B99"/>
    <w:rsid w:val="0046025B"/>
    <w:rsid w:val="005113D2"/>
    <w:rsid w:val="00542445"/>
    <w:rsid w:val="00562C52"/>
    <w:rsid w:val="00565F95"/>
    <w:rsid w:val="005A7F5A"/>
    <w:rsid w:val="007E5F59"/>
    <w:rsid w:val="008070F4"/>
    <w:rsid w:val="00810A94"/>
    <w:rsid w:val="00813312"/>
    <w:rsid w:val="0084109F"/>
    <w:rsid w:val="00856CEE"/>
    <w:rsid w:val="00857322"/>
    <w:rsid w:val="0086326A"/>
    <w:rsid w:val="00984CE9"/>
    <w:rsid w:val="00A30ABA"/>
    <w:rsid w:val="00A37D67"/>
    <w:rsid w:val="00A947B5"/>
    <w:rsid w:val="00AA1D8D"/>
    <w:rsid w:val="00B47730"/>
    <w:rsid w:val="00B76A39"/>
    <w:rsid w:val="00C14C78"/>
    <w:rsid w:val="00C1754E"/>
    <w:rsid w:val="00C60C1E"/>
    <w:rsid w:val="00CB0664"/>
    <w:rsid w:val="00CC7556"/>
    <w:rsid w:val="00CF7780"/>
    <w:rsid w:val="00D378B3"/>
    <w:rsid w:val="00E15059"/>
    <w:rsid w:val="00EF627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BCCA5E"/>
  <w14:defaultImageDpi w14:val="300"/>
  <w15:docId w15:val="{DBF4C826-5221-4849-B6FB-02172966A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ＭＳ ゴシック" w:eastAsia="ＭＳ ゴシック" w:hAnsi="ＭＳ ゴシック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夏子 宇佐美</cp:lastModifiedBy>
  <cp:revision>4</cp:revision>
  <cp:lastPrinted>2026-05-14T05:48:00Z</cp:lastPrinted>
  <dcterms:created xsi:type="dcterms:W3CDTF">2026-05-14T06:20:00Z</dcterms:created>
  <dcterms:modified xsi:type="dcterms:W3CDTF">2026-05-21T05:45:00Z</dcterms:modified>
  <cp:category/>
</cp:coreProperties>
</file>